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005840" cy="1005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smal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6F6555" w14:textId="77777777" w:rsidR="00A416C3" w:rsidRDefault="00CC0DC1">
      <w:pPr>
        <w:spacing w:before="0" w:after="0" w:line="240" w:lineRule="auto"/>
      </w:pPr>
      <w:r>
        <w:rPr>
          <w:rFonts w:ascii="Arial" w:hAnsi="Arial"/>
          <w:sz w:val="18"/>
        </w:rPr>
        <w:t xml:space="preserve"> </w:t>
      </w:r>
    </w:p>
    <w:p w14:paraId="348F3609" w14:textId="77777777" w:rsidR="00A416C3" w:rsidRDefault="00CC0DC1">
      <w:pPr>
        <w:spacing w:before="0" w:after="0" w:line="240" w:lineRule="auto"/>
      </w:pPr>
      <w:r>
        <w:rPr>
          <w:rFonts w:ascii="Arial" w:hAnsi="Arial"/>
          <w:sz w:val="18"/>
        </w:rPr>
        <w:t xml:space="preserve"> </w:t>
      </w:r>
    </w:p>
    <w:p w14:paraId="7518CE09" w14:textId="77777777" w:rsidR="00A416C3" w:rsidRDefault="00CC0DC1">
      <w:pPr>
        <w:spacing w:before="0" w:after="0" w:line="240" w:lineRule="auto"/>
      </w:pPr>
      <w:r>
        <w:rPr>
          <w:rFonts w:ascii="Arial" w:hAnsi="Arial"/>
          <w:sz w:val="18"/>
        </w:rPr>
        <w:t xml:space="preserve"> </w:t>
      </w:r>
    </w:p>
    <w:p w14:paraId="7F4F726A" w14:textId="5898481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1D43AA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 </w:t>
      </w: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09004505" w14:textId="6DF1BAA5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PATIENT REGISTRATION FORM </w:t>
      </w:r>
    </w:p>
    <w:p w14:paraId="3174FCC8" w14:textId="3181BC9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proofErr w:type="gramStart"/>
      <w:r w:rsidRPr="00955460">
        <w:rPr>
          <w:rFonts w:cs="Times New Roman" w:ascii="Arial" w:hAnsi="Arial"/>
          <w:sz w:val="18"/>
          <w:szCs w:val="20"/>
        </w:rPr>
        <w:t>Date __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_________________ </w:t>
      </w:r>
      <w:proofErr w:type="gramStart"/>
      <w:r w:rsidRPr="00955460">
        <w:rPr>
          <w:rFonts w:cs="Times New Roman" w:ascii="Arial" w:hAnsi="Arial"/>
          <w:sz w:val="18"/>
          <w:szCs w:val="20"/>
        </w:rPr>
        <w:t xml:space="preserve">  Chart # (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office use): ______________________ Office Staff: ____________ </w:t>
      </w:r>
    </w:p>
    <w:p w14:paraId="701247D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PATIENT INFORMATION </w:t>
      </w:r>
    </w:p>
    <w:p w14:paraId="48B4969C" w14:textId="01A78CC5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(Please Print) </w:t>
      </w:r>
    </w:p>
    <w:p w14:paraId="5302AED8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Patient’s Name ___________________________________________________ </w:t>
      </w:r>
    </w:p>
    <w:p w14:paraId="28FA7BF2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 Male </w:t>
      </w:r>
    </w:p>
    <w:p w14:paraId="23E5C401" w14:textId="301D602C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 Female </w:t>
      </w:r>
    </w:p>
    <w:p w14:paraId="66E34359" w14:textId="682E4D33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Address ________________________________________________________________________________________ </w:t>
      </w:r>
    </w:p>
    <w:p w14:paraId="379BA91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City/Town ________________________________ </w:t>
      </w:r>
    </w:p>
    <w:p w14:paraId="69B39A12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State _____________________ </w:t>
      </w:r>
    </w:p>
    <w:p w14:paraId="2A2A8AE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Zip Code _________ </w:t>
      </w:r>
    </w:p>
    <w:p w14:paraId="3D1F2B5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Date of Birth ______________________________ </w:t>
      </w:r>
    </w:p>
    <w:p w14:paraId="3878CD5C" w14:textId="7005E2AC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Social Security Number ______________________________ </w:t>
      </w:r>
    </w:p>
    <w:p w14:paraId="5D28B60D" w14:textId="226A6516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Home Phone __________________________________ Cell Phone ________________________________________ </w:t>
      </w:r>
    </w:p>
    <w:p w14:paraId="207298BA" w14:textId="3E838A84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Email _____________________________________________________ Marital Status _____________________________  </w:t>
      </w:r>
    </w:p>
    <w:p w14:paraId="6759D708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Employer’s Name ____________________________________________Employer’s Phone _____________________ </w:t>
      </w:r>
    </w:p>
    <w:p w14:paraId="7C9B4856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7C25B359" w14:textId="72B3DB58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Employer’s Address _______________________________________________________________________________ </w:t>
      </w:r>
    </w:p>
    <w:p w14:paraId="4D5E627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Mother’s Name/DOB (if patient is under age 21) ________________________________________________________ </w:t>
      </w:r>
    </w:p>
    <w:p w14:paraId="38F4D9F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lastRenderedPageBreak/>
        <w:t xml:space="preserve"> </w:t>
      </w:r>
    </w:p>
    <w:p w14:paraId="245B4F19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Father’s Name/DOB (if patient is under age 21) _________________________________________________________ </w:t>
      </w:r>
    </w:p>
    <w:p w14:paraId="5DF62E8C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4864A11A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Name of Primary Insurance _________________________________________________________________________ </w:t>
      </w:r>
    </w:p>
    <w:p w14:paraId="57854008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2DF647BA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Name of Secondary Insurance _______________________________________________________________________ </w:t>
      </w:r>
    </w:p>
    <w:p w14:paraId="5C2A75B9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63F31B2A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Relationship </w:t>
      </w:r>
      <w:proofErr w:type="gramStart"/>
      <w:r w:rsidRPr="00955460">
        <w:rPr>
          <w:rFonts w:cs="Times New Roman" w:ascii="Arial" w:hAnsi="Arial"/>
          <w:sz w:val="18"/>
          <w:szCs w:val="20"/>
        </w:rPr>
        <w:t>to Insured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: </w:t>
      </w:r>
    </w:p>
    <w:p w14:paraId="0065F5C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 Self </w:t>
      </w:r>
    </w:p>
    <w:p w14:paraId="629171E8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 Spouse ________ Child </w:t>
      </w:r>
    </w:p>
    <w:p w14:paraId="00CBC31A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 Other </w:t>
      </w:r>
    </w:p>
    <w:p w14:paraId="24087AF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Race: </w:t>
      </w:r>
    </w:p>
    <w:p w14:paraId="74610F6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______White </w:t>
      </w:r>
    </w:p>
    <w:p w14:paraId="4A988299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_____Black/African American </w:t>
      </w:r>
    </w:p>
    <w:p w14:paraId="57D71533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_____Native Hawaiian/Other Pacific Islander </w:t>
      </w:r>
    </w:p>
    <w:p w14:paraId="71553BC3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______American Indian/Alaska Native ______Asian </w:t>
      </w:r>
    </w:p>
    <w:p w14:paraId="6DE299CE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______Declined/Unknown __Other____________ </w:t>
      </w:r>
    </w:p>
    <w:p w14:paraId="29335851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Ethnicity: ______Hispanic/Latino </w:t>
      </w:r>
    </w:p>
    <w:p w14:paraId="31CFE53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______Not Hispanic/Latino </w:t>
      </w:r>
    </w:p>
    <w:p w14:paraId="5C1B1A89" w14:textId="073F518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______Decline/Unknown </w:t>
      </w:r>
    </w:p>
    <w:p w14:paraId="16D5DE4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Preferred Language ____________________________________________________________________________ </w:t>
      </w:r>
    </w:p>
    <w:p w14:paraId="25BC06F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39649AD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>Preferred Pharmacy____________________________________________________________________________</w:t>
      </w:r>
    </w:p>
    <w:p w14:paraId="21788925" w14:textId="0D0950D2" w:rsidR="00A416C3" w:rsidRDefault="00A416C3">
      <w:pPr>
        <w:spacing w:before="0" w:after="0" w:line="240" w:lineRule="auto"/>
        <w:rPr>
          <w:rFonts w:cs="Times New Roman"/>
          <w:sz w:val="20"/>
          <w:szCs w:val="20"/>
        </w:rPr>
      </w:pPr>
    </w:p>
    <w:p w14:paraId="55A1383E" w14:textId="77777777" w:rsidR="00955460" w:rsidRPr="00955460" w:rsidRDefault="00955460">
      <w:pPr>
        <w:spacing w:before="0" w:after="0" w:line="240" w:lineRule="auto"/>
        <w:rPr>
          <w:rFonts w:cs="Times New Roman"/>
          <w:sz w:val="20"/>
          <w:szCs w:val="20"/>
        </w:rPr>
      </w:pPr>
    </w:p>
    <w:p w14:paraId="22799849" w14:textId="6D925043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lastRenderedPageBreak/>
        <w:t xml:space="preserve">Chart #: _______________ </w:t>
      </w: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36CAB35B" w14:textId="19AB26BB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GENERAL MEDICAL HISTORY </w:t>
      </w:r>
    </w:p>
    <w:p w14:paraId="1B3BD7F4" w14:textId="61F4AB7E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PATIENT’S NAME _________________________ DOB _____________MALE ______ FEMALE ______ </w:t>
      </w:r>
    </w:p>
    <w:p w14:paraId="456C8C12" w14:textId="51162D89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PRIMARY CARE DOCTOR ___________________________________ PHONE NUMBER___________________ </w:t>
      </w:r>
    </w:p>
    <w:p w14:paraId="56BAB2F2" w14:textId="08526F95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MEDICATIONS YOU ARE CURRENTLY TAKING: </w:t>
      </w:r>
    </w:p>
    <w:p w14:paraId="536FD3BE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_____________________________________ </w:t>
      </w:r>
    </w:p>
    <w:p w14:paraId="041AF419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_____________________________________________ </w:t>
      </w:r>
    </w:p>
    <w:p w14:paraId="19130EE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_____________________________________ </w:t>
      </w:r>
    </w:p>
    <w:p w14:paraId="4D1BA54E" w14:textId="47D81244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_____________________________________________ </w:t>
      </w:r>
    </w:p>
    <w:p w14:paraId="38A16FB6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_____________________________________ </w:t>
      </w:r>
    </w:p>
    <w:p w14:paraId="640C32EF" w14:textId="1D10C77C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_____________________________________________ </w:t>
      </w:r>
    </w:p>
    <w:p w14:paraId="12B841FC" w14:textId="2F58B0D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DRUG ALLERGIES: ______________________________________________________________________ </w:t>
      </w:r>
    </w:p>
    <w:p w14:paraId="41C80CF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FOOD ALLERGIES: ___________________________________________________________________ </w:t>
      </w:r>
    </w:p>
    <w:p w14:paraId="01A6DCA9" w14:textId="0F16A4F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Do you have a LATEX ALLERGY? </w:t>
      </w:r>
      <w:proofErr w:type="gramStart"/>
      <w:r w:rsidRPr="00955460">
        <w:rPr>
          <w:rFonts w:cs="Times New Roman" w:ascii="Arial" w:hAnsi="Arial"/>
          <w:sz w:val="18"/>
          <w:szCs w:val="20"/>
        </w:rPr>
        <w:t>YES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________ NO________ </w:t>
      </w:r>
    </w:p>
    <w:p w14:paraId="796BFCE8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Do you wear glasses ____YES ____NO </w:t>
      </w:r>
    </w:p>
    <w:p w14:paraId="3ED2555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>Contacts ____</w:t>
      </w:r>
      <w:proofErr w:type="gramStart"/>
      <w:r w:rsidRPr="00955460">
        <w:rPr>
          <w:rFonts w:cs="Times New Roman" w:ascii="Arial" w:hAnsi="Arial"/>
          <w:sz w:val="18"/>
          <w:szCs w:val="20"/>
        </w:rPr>
        <w:t>YES  _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___NO </w:t>
      </w:r>
    </w:p>
    <w:p w14:paraId="6880D935" w14:textId="49280264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Please check if you have ever had the following: </w:t>
      </w:r>
    </w:p>
    <w:p w14:paraId="3219BE5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___ AIDS </w:t>
      </w:r>
    </w:p>
    <w:p w14:paraId="20A8D62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Colitis </w:t>
      </w:r>
    </w:p>
    <w:p w14:paraId="082C138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Cancer – type: _______________________ </w:t>
      </w:r>
    </w:p>
    <w:p w14:paraId="1DF6ADF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Asthma </w:t>
      </w:r>
    </w:p>
    <w:p w14:paraId="1B7D8B5E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Atrial Fibrillation </w:t>
      </w:r>
    </w:p>
    <w:p w14:paraId="3A58616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Diabetes – type: _____________________ </w:t>
      </w:r>
    </w:p>
    <w:p w14:paraId="6B9E68F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Sinusitis </w:t>
      </w:r>
    </w:p>
    <w:p w14:paraId="372E9C4F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Congestive heart failure </w:t>
      </w:r>
    </w:p>
    <w:p w14:paraId="122F59D8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Coronary Artery Disease </w:t>
      </w:r>
    </w:p>
    <w:p w14:paraId="3D967076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lastRenderedPageBreak/>
        <w:t xml:space="preserve">___ Crohn’s Disease </w:t>
      </w:r>
    </w:p>
    <w:p w14:paraId="4F653329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CVA/Stroke </w:t>
      </w:r>
    </w:p>
    <w:p w14:paraId="786892FE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Arthritis </w:t>
      </w:r>
    </w:p>
    <w:p w14:paraId="5EDC1814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Depression </w:t>
      </w:r>
    </w:p>
    <w:p w14:paraId="3C94903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Glaucoma </w:t>
      </w:r>
    </w:p>
    <w:p w14:paraId="2A6D0C09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Hernia – type: ______________________ </w:t>
      </w:r>
    </w:p>
    <w:p w14:paraId="34737363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Anemia </w:t>
      </w:r>
    </w:p>
    <w:p w14:paraId="4C1E66B2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Hypercholesterolemia </w:t>
      </w:r>
    </w:p>
    <w:p w14:paraId="45568A5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Thyroid Disease </w:t>
      </w:r>
    </w:p>
    <w:p w14:paraId="2404FC2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Hypertension </w:t>
      </w:r>
    </w:p>
    <w:p w14:paraId="6E492207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Seizure Disorder </w:t>
      </w:r>
    </w:p>
    <w:p w14:paraId="06AB4E8C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Mental Illness: </w:t>
      </w:r>
    </w:p>
    <w:p w14:paraId="74F108D4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 </w:t>
      </w:r>
    </w:p>
    <w:p w14:paraId="5DECA127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TIA/Mini Stroke </w:t>
      </w:r>
    </w:p>
    <w:p w14:paraId="59EF43FC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Diverticulitis </w:t>
      </w:r>
    </w:p>
    <w:p w14:paraId="4B100D3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Emphysema </w:t>
      </w:r>
    </w:p>
    <w:p w14:paraId="41D6C0D4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Anxiety </w:t>
      </w:r>
    </w:p>
    <w:p w14:paraId="66B06F69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Please Identify Other Medical Issues: _______________________________________________________ </w:t>
      </w:r>
    </w:p>
    <w:p w14:paraId="6B851FA8" w14:textId="5F713F88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_____________________________________________________________________________________ </w:t>
      </w:r>
    </w:p>
    <w:p w14:paraId="6D1C6AB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Please check off if you have ever had any of these surgeries: </w:t>
      </w:r>
    </w:p>
    <w:p w14:paraId="7635C91C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Appendix ___ Angioplasty </w:t>
      </w:r>
    </w:p>
    <w:p w14:paraId="08713C06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>___ PE / Ear tubes ___ Gallbladder ___ C-</w:t>
      </w:r>
      <w:proofErr w:type="gramStart"/>
      <w:r w:rsidRPr="00955460">
        <w:rPr>
          <w:rFonts w:cs="Times New Roman" w:ascii="Arial" w:hAnsi="Arial"/>
          <w:sz w:val="18"/>
          <w:szCs w:val="20"/>
        </w:rPr>
        <w:t>section  _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__Hernia </w:t>
      </w:r>
    </w:p>
    <w:p w14:paraId="7B18679A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Tonsils </w:t>
      </w:r>
    </w:p>
    <w:p w14:paraId="724B6C56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Splenectomy ___ Gastric Bypass ___ Mastectomy ___ Pacemaker </w:t>
      </w:r>
    </w:p>
    <w:p w14:paraId="528826F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___ OTHER: </w:t>
      </w:r>
    </w:p>
    <w:p w14:paraId="4C4A9D3A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proofErr w:type="gramStart"/>
      <w:r w:rsidRPr="00955460">
        <w:rPr>
          <w:rFonts w:cs="Times New Roman" w:ascii="Arial" w:hAnsi="Arial"/>
          <w:sz w:val="18"/>
          <w:szCs w:val="20"/>
        </w:rPr>
        <w:t xml:space="preserve">_________________   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_________________ </w:t>
      </w:r>
    </w:p>
    <w:p w14:paraId="657EA451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 </w:t>
      </w:r>
    </w:p>
    <w:p w14:paraId="4672A6FE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5C87C38E" w14:textId="3A53E583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lastRenderedPageBreak/>
        <w:t xml:space="preserve">Have you had any recent hospitalizations? If so, please list with related dates: _____________________ </w:t>
      </w:r>
    </w:p>
    <w:p w14:paraId="69033C38" w14:textId="5FCE019D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_____________________________________________________________________________________ </w:t>
      </w:r>
    </w:p>
    <w:p w14:paraId="3C2A2BD3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Please check off if you have a family history of the following: Please list relationship </w:t>
      </w:r>
    </w:p>
    <w:p w14:paraId="38E024AE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</w:t>
      </w:r>
      <w:proofErr w:type="gramStart"/>
      <w:r w:rsidRPr="00955460">
        <w:rPr>
          <w:rFonts w:cs="Times New Roman" w:ascii="Arial" w:hAnsi="Arial"/>
          <w:sz w:val="18"/>
          <w:szCs w:val="20"/>
        </w:rPr>
        <w:t>Unknown __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_____ Adopted </w:t>
      </w:r>
    </w:p>
    <w:p w14:paraId="09EBF7B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 Addiction </w:t>
      </w:r>
    </w:p>
    <w:p w14:paraId="3C89D19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 Cancer </w:t>
      </w:r>
    </w:p>
    <w:p w14:paraId="0E3944C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 Diabetes </w:t>
      </w:r>
    </w:p>
    <w:p w14:paraId="460F3F82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 Heart </w:t>
      </w:r>
      <w:proofErr w:type="gramStart"/>
      <w:r w:rsidRPr="00955460">
        <w:rPr>
          <w:rFonts w:cs="Times New Roman" w:ascii="Arial" w:hAnsi="Arial"/>
          <w:sz w:val="18"/>
          <w:szCs w:val="20"/>
        </w:rPr>
        <w:t>Disease __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_____ Hypertension </w:t>
      </w:r>
    </w:p>
    <w:p w14:paraId="52043C3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 Mental Illness </w:t>
      </w:r>
    </w:p>
    <w:p w14:paraId="0785CEB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 Stroke </w:t>
      </w:r>
    </w:p>
    <w:p w14:paraId="3358DF36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Other – Please Identify ______________________________________________________________ </w:t>
      </w:r>
    </w:p>
    <w:p w14:paraId="7377D71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Smoke: </w:t>
      </w:r>
    </w:p>
    <w:p w14:paraId="578330DF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Never ___ Former ___ Less than 10 cigarettes a day ___ More than 10 cigarettes a day </w:t>
      </w:r>
    </w:p>
    <w:p w14:paraId="5EF6B8BF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Drink alcohol: ___ Denies </w:t>
      </w:r>
    </w:p>
    <w:p w14:paraId="3A1A5A2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occasionally </w:t>
      </w:r>
    </w:p>
    <w:p w14:paraId="2001005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Heavily </w:t>
      </w:r>
    </w:p>
    <w:p w14:paraId="61775E66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Drug Use: ____ Denies Drugs </w:t>
      </w:r>
    </w:p>
    <w:p w14:paraId="6F8311F5" w14:textId="6E03F65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 Former Drug User ___ Current Drug User </w:t>
      </w:r>
    </w:p>
    <w:p w14:paraId="5C2B695D" w14:textId="05E252DC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If yes, please list: ___________________________________________________ </w:t>
      </w:r>
    </w:p>
    <w:p w14:paraId="31C005BC" w14:textId="26572FF6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When was your </w:t>
      </w:r>
      <w:proofErr w:type="gramStart"/>
      <w:r w:rsidRPr="00955460">
        <w:rPr>
          <w:rFonts w:cs="Times New Roman" w:ascii="Arial" w:hAnsi="Arial"/>
          <w:sz w:val="18"/>
          <w:szCs w:val="20"/>
        </w:rPr>
        <w:t>last :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Colonoscopy__/</w:t>
      </w:r>
      <w:proofErr w:type="gramStart"/>
      <w:r w:rsidRPr="00955460">
        <w:rPr>
          <w:rFonts w:cs="Times New Roman" w:ascii="Arial" w:hAnsi="Arial"/>
          <w:sz w:val="18"/>
          <w:szCs w:val="20"/>
        </w:rPr>
        <w:t>___/____    Mammogram___/___/_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 </w:t>
      </w:r>
    </w:p>
    <w:p w14:paraId="0089B500" w14:textId="6B5A8508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>Bone density test___/___/___ Stress test___/___/___ Sleep study___/___/___</w:t>
      </w:r>
      <w:r w:rsidRPr="00955460">
        <w:rPr>
          <w:rFonts w:cs="Times New Roman" w:ascii="Arial" w:hAnsi="Arial"/>
          <w:sz w:val="18"/>
          <w:szCs w:val="20"/>
        </w:rPr>
        <w:br w:type="page"/>
      </w:r>
      <w:r w:rsidRPr="00955460">
        <w:rPr>
          <w:rFonts w:cs="Times New Roman" w:ascii="Arial" w:hAnsi="Arial"/>
          <w:sz w:val="18"/>
          <w:szCs w:val="20"/>
        </w:rPr>
        <w:lastRenderedPageBreak/>
        <w:t xml:space="preserve">Patient HIPAA Awareness </w:t>
      </w:r>
    </w:p>
    <w:p w14:paraId="3DF160EB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As a result of the Health Insurance Portability and Accountability Act (HIPAA), enforced by the U.S. Department </w:t>
      </w:r>
    </w:p>
    <w:p w14:paraId="701FFFBF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of Health and Human Services Office for Civil Rights, we are not permitted to release patient information except </w:t>
      </w:r>
    </w:p>
    <w:p w14:paraId="0C5BD95A" w14:textId="74B0308B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stated in the Notice of Privacy Practice, or in accordance with your wishes as stated below. </w:t>
      </w:r>
    </w:p>
    <w:p w14:paraId="42FA8448" w14:textId="79A1A788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This waiver authorizes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1D43AA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to send/give medical information as noted: </w:t>
      </w:r>
    </w:p>
    <w:p w14:paraId="1946458E" w14:textId="5EE6704E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>Patient Name (</w:t>
      </w:r>
      <w:proofErr w:type="gramStart"/>
      <w:r w:rsidRPr="00955460">
        <w:rPr>
          <w:rFonts w:cs="Times New Roman" w:ascii="Arial" w:hAnsi="Arial"/>
          <w:sz w:val="18"/>
          <w:szCs w:val="20"/>
        </w:rPr>
        <w:t>First)__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______________________ (Last)___________________________ (Please Print) </w:t>
      </w:r>
    </w:p>
    <w:p w14:paraId="396709B6" w14:textId="5CA225D4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Please answer the following. Circle Yes or No. </w:t>
      </w:r>
    </w:p>
    <w:p w14:paraId="40EC701F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1. YES or NO Leave a voice mail recording including my Personal Health Information on </w:t>
      </w:r>
      <w:proofErr w:type="gramStart"/>
      <w:r w:rsidRPr="00955460">
        <w:rPr>
          <w:rFonts w:cs="Times New Roman" w:ascii="Arial" w:hAnsi="Arial"/>
          <w:sz w:val="18"/>
          <w:szCs w:val="20"/>
        </w:rPr>
        <w:t>my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67044A98" w14:textId="1570DB9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home/cell phone. </w:t>
      </w:r>
    </w:p>
    <w:p w14:paraId="2AAEA7B3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2. YES or NO </w:t>
      </w:r>
    </w:p>
    <w:p w14:paraId="674CCB2F" w14:textId="0A79AA42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Speak to an individual of my choosing (Personal Representative) regarding </w:t>
      </w:r>
    </w:p>
    <w:p w14:paraId="081BB60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my Personal Health and Billing Information and permit him/her to receive prescriptions </w:t>
      </w:r>
    </w:p>
    <w:p w14:paraId="37B21B24" w14:textId="2CFC7D60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and/or test results on my behalf. </w:t>
      </w:r>
    </w:p>
    <w:p w14:paraId="0423DE0A" w14:textId="7CE3AA7E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Name of Personal Representative_____________________________________ </w:t>
      </w:r>
    </w:p>
    <w:p w14:paraId="65E3CF79" w14:textId="4510A8C5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Relationship_______________________________________________________ </w:t>
      </w: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33E86589" w14:textId="265A2C04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Phone Number ____________________________________________________ </w:t>
      </w:r>
    </w:p>
    <w:p w14:paraId="175CD73F" w14:textId="00A91D86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3. YES or NO          Speak to an individual in the event of a medical emergency. _______ (Check if same </w:t>
      </w:r>
    </w:p>
    <w:p w14:paraId="5FBA4C4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as above) </w:t>
      </w:r>
    </w:p>
    <w:p w14:paraId="2E8A1B17" w14:textId="53DC9439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Name of Emergency Contact______________________________________ </w:t>
      </w:r>
    </w:p>
    <w:p w14:paraId="7D112816" w14:textId="3E8EF960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Relationship____________________________________________________ </w:t>
      </w:r>
    </w:p>
    <w:p w14:paraId="1D19E177" w14:textId="2E76D88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Phone Number__________________________________________________ </w:t>
      </w:r>
    </w:p>
    <w:p w14:paraId="04EB5D50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4. YES or NO Send an email notifying me to contact the office to discuss my lab/test results (we will </w:t>
      </w:r>
    </w:p>
    <w:p w14:paraId="20B4348C" w14:textId="0AE93DC6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not send Personal Health Information over the internet). </w:t>
      </w: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350157A7" w14:textId="2926372D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>Email address _____________________________________________________</w:t>
      </w:r>
    </w:p>
    <w:p w14:paraId="0F8C66E8" w14:textId="7EF3B5AC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On this date__________, I received/reviewed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1D43AA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Health’s Notice of Privacy Practices, which </w:t>
      </w:r>
    </w:p>
    <w:p w14:paraId="18547F77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describe how my medical information may be used and disclosed and </w:t>
      </w:r>
      <w:proofErr w:type="gramStart"/>
      <w:r w:rsidRPr="00955460">
        <w:rPr>
          <w:rFonts w:cs="Times New Roman" w:ascii="Arial" w:hAnsi="Arial"/>
          <w:sz w:val="18"/>
          <w:szCs w:val="20"/>
        </w:rPr>
        <w:t>explains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how I can get access to this </w:t>
      </w:r>
    </w:p>
    <w:p w14:paraId="3D950D61" w14:textId="603EE9CD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lastRenderedPageBreak/>
        <w:t xml:space="preserve">information. </w:t>
      </w:r>
    </w:p>
    <w:p w14:paraId="1A2F176F" w14:textId="24209166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The authorizations made above will remain in effect until I notify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1D43AA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in writing, by certified </w:t>
      </w:r>
    </w:p>
    <w:p w14:paraId="46A21E26" w14:textId="7CBF79E0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mail, of requested changes. </w:t>
      </w:r>
    </w:p>
    <w:p w14:paraId="546B6F6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 </w:t>
      </w:r>
    </w:p>
    <w:p w14:paraId="389D5C7E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 </w:t>
      </w:r>
    </w:p>
    <w:p w14:paraId="07F22FB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Signature of Patient or Legal Guardian </w:t>
      </w:r>
    </w:p>
    <w:p w14:paraId="711CF5BD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Patient’s Name </w:t>
      </w:r>
    </w:p>
    <w:p w14:paraId="7F0C3C5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_________________________________ </w:t>
      </w:r>
    </w:p>
    <w:p w14:paraId="13737FA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________________________ </w:t>
      </w:r>
    </w:p>
    <w:p w14:paraId="50F48CAC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Print Name of Patient or Legal Guardian </w:t>
      </w:r>
    </w:p>
    <w:p w14:paraId="1D8F329B" w14:textId="7E71EAD0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Today’s Date </w:t>
      </w:r>
    </w:p>
    <w:p w14:paraId="0A958AFA" w14:textId="35A87D2E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PATIENT RESPONSIBILITY DISCLOSURE STATEMENT </w:t>
      </w:r>
    </w:p>
    <w:p w14:paraId="26014508" w14:textId="7AB33CE4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Your signature below forms a binding agreement between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1D43AA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(the provider of medical services) and the </w:t>
      </w:r>
    </w:p>
    <w:p w14:paraId="19C1FDD4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Patient who is receiving medical services, or the Responsible Party for minor patients (those patients under 18 years of </w:t>
      </w:r>
    </w:p>
    <w:p w14:paraId="42337127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age). The Responsible Party is the individual who is financially responsible for payment of medical bills. </w:t>
      </w:r>
    </w:p>
    <w:p w14:paraId="79A491F3" w14:textId="6AA4138C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b/>
          <w:sz w:val="22"/>
          <w:szCs w:val="20"/>
        </w:rPr>
        <w:t xml:space="preserve">PLEASE INITIAL ALL </w:t>
      </w:r>
    </w:p>
    <w:p w14:paraId="00906CC4" w14:textId="0B80719E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All charges for services rendered are due and payable at the time of service. </w:t>
      </w:r>
    </w:p>
    <w:p w14:paraId="5ABB37B9" w14:textId="7318AD6B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 I am responsible and expected to pay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955460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for the following: </w:t>
      </w:r>
    </w:p>
    <w:p w14:paraId="5B559756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1. Any co-payment as set by my insurance carrier </w:t>
      </w:r>
    </w:p>
    <w:p w14:paraId="56EF3ABD" w14:textId="7EB97628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2. Any unsatisfied deductible or termination of coverage </w:t>
      </w:r>
    </w:p>
    <w:p w14:paraId="3ABF4C1F" w14:textId="399E5D1D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3. Any </w:t>
      </w:r>
      <w:proofErr w:type="gramStart"/>
      <w:r w:rsidRPr="00955460">
        <w:rPr>
          <w:rFonts w:cs="Times New Roman" w:ascii="Arial" w:hAnsi="Arial"/>
          <w:sz w:val="18"/>
          <w:szCs w:val="20"/>
        </w:rPr>
        <w:t>amount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my insurance carrier deems my responsibility </w:t>
      </w:r>
    </w:p>
    <w:p w14:paraId="182D0AC7" w14:textId="2941FD1C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4. Any amount considered non-covered by my insurance carrier </w:t>
      </w:r>
    </w:p>
    <w:p w14:paraId="1303223A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 Co-Pays: All co-pays are due at the time of service. If your insurance requires any additional </w:t>
      </w:r>
      <w:proofErr w:type="gramStart"/>
      <w:r w:rsidRPr="00955460">
        <w:rPr>
          <w:rFonts w:cs="Times New Roman" w:ascii="Arial" w:hAnsi="Arial"/>
          <w:sz w:val="18"/>
          <w:szCs w:val="20"/>
        </w:rPr>
        <w:t>co-pays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you will be </w:t>
      </w:r>
    </w:p>
    <w:p w14:paraId="3C4B9BA4" w14:textId="057C297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responsible for payment and will be billed for it. </w:t>
      </w:r>
    </w:p>
    <w:p w14:paraId="3B9EBB85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lastRenderedPageBreak/>
        <w:t xml:space="preserve">______ Authorization to pay benefits to the physician: </w:t>
      </w:r>
      <w:proofErr w:type="gramStart"/>
      <w:r w:rsidRPr="00955460">
        <w:rPr>
          <w:rFonts w:cs="Times New Roman" w:ascii="Arial" w:hAnsi="Arial"/>
          <w:sz w:val="18"/>
          <w:szCs w:val="20"/>
        </w:rPr>
        <w:t>Any and all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insurance checks that may go directly to the patient </w:t>
      </w:r>
    </w:p>
    <w:p w14:paraId="538CA818" w14:textId="53C6E4A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MUST be signed over to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955460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for payment for services rendered. Failure to do </w:t>
      </w:r>
      <w:proofErr w:type="gramStart"/>
      <w:r w:rsidRPr="00955460">
        <w:rPr>
          <w:rFonts w:cs="Times New Roman" w:ascii="Arial" w:hAnsi="Arial"/>
          <w:sz w:val="18"/>
          <w:szCs w:val="20"/>
        </w:rPr>
        <w:t>this,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will result in the patient </w:t>
      </w:r>
    </w:p>
    <w:p w14:paraId="56198532" w14:textId="42B580B6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receiving a bill for services. I hereby authorize payment for medical services provided directly to </w:t>
      </w:r>
      <w:proofErr w:type="gramStart"/>
      <w:r w:rsidRPr="00955460">
        <w:rPr>
          <w:rFonts w:cs="Times New Roman" w:ascii="Arial" w:hAnsi="Arial"/>
          <w:sz w:val="18"/>
          <w:szCs w:val="20"/>
        </w:rPr>
        <w:t>an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955460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</w:t>
      </w:r>
    </w:p>
    <w:p w14:paraId="261116A1" w14:textId="6D5B5910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physician. If I should receive any insurance payments, I am to sign the check over to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955460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Health.  </w:t>
      </w:r>
    </w:p>
    <w:p w14:paraId="789DD52F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 To obtain Payment for Treatment: We may use and disclose your PHI (Protected Health Information) </w:t>
      </w:r>
      <w:proofErr w:type="gramStart"/>
      <w:r w:rsidRPr="00955460">
        <w:rPr>
          <w:rFonts w:cs="Times New Roman" w:ascii="Arial" w:hAnsi="Arial"/>
          <w:sz w:val="18"/>
          <w:szCs w:val="20"/>
        </w:rPr>
        <w:t>in order to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5A085CD7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bill and collect payment for the treatment and services provided to you. We reserve the right to disclose your information to </w:t>
      </w:r>
    </w:p>
    <w:p w14:paraId="0DDE8C2F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our business associates such as billing companies, claim processing companies, collection agencies, and others that </w:t>
      </w:r>
    </w:p>
    <w:p w14:paraId="0651B11D" w14:textId="6A829971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process our healthcare claims. </w:t>
      </w:r>
    </w:p>
    <w:p w14:paraId="6D029239" w14:textId="14915599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______Workman’s Compensation/No Fault: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955460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is not a provider for No Fault or Workman’s Compensation </w:t>
      </w:r>
      <w:r w:rsidRPr="00955460">
        <w:rPr>
          <w:rFonts w:cs="Times New Roman" w:ascii="Arial" w:hAnsi="Arial"/>
          <w:sz w:val="18"/>
          <w:szCs w:val="20"/>
        </w:rPr>
        <w:t xml:space="preserve">injuries. By initialing, you acknowledge </w:t>
      </w:r>
      <w:proofErr w:type="gramStart"/>
      <w:r w:rsidRPr="00955460">
        <w:rPr>
          <w:rFonts w:cs="Times New Roman" w:ascii="Arial" w:hAnsi="Arial"/>
          <w:sz w:val="18"/>
          <w:szCs w:val="20"/>
        </w:rPr>
        <w:t>your</w:t>
      </w:r>
      <w:proofErr w:type="gramEnd"/>
      <w:r w:rsidRPr="00955460">
        <w:rPr>
          <w:rFonts w:cs="Times New Roman" w:ascii="Arial" w:hAnsi="Arial"/>
          <w:sz w:val="18"/>
          <w:szCs w:val="20"/>
        </w:rPr>
        <w:t xml:space="preserve"> understanding that injuries of this class will not and cannot be submitted to your </w:t>
      </w:r>
      <w:r w:rsidRPr="00955460">
        <w:rPr>
          <w:rFonts w:cs="Times New Roman" w:ascii="Arial" w:hAnsi="Arial"/>
          <w:sz w:val="18"/>
          <w:szCs w:val="20"/>
        </w:rPr>
        <w:t xml:space="preserve">insurance company by you, or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955460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for reimbursement. </w:t>
      </w: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0D6B5818" w14:textId="1C78B9FF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 In the event the charges incurred are not paid in full when due, and collection activity is instituted, whether by a </w:t>
      </w:r>
      <w:r w:rsidRPr="00955460">
        <w:rPr>
          <w:rFonts w:cs="Times New Roman" w:ascii="Arial" w:hAnsi="Arial"/>
          <w:sz w:val="18"/>
          <w:szCs w:val="20"/>
        </w:rPr>
        <w:t xml:space="preserve">collection agency or an attorney (or both), I agree to be responsible for, and pay, in addition to the charges incurred, all </w:t>
      </w:r>
      <w:r w:rsidRPr="00955460">
        <w:rPr>
          <w:rFonts w:cs="Times New Roman" w:ascii="Arial" w:hAnsi="Arial"/>
          <w:sz w:val="18"/>
          <w:szCs w:val="20"/>
        </w:rPr>
        <w:t xml:space="preserve">costs associated with such collection activity including, but not limited to, reasonable collection fees, attorney fees, court </w:t>
      </w:r>
      <w:r w:rsidRPr="00955460">
        <w:rPr>
          <w:rFonts w:cs="Times New Roman" w:ascii="Arial" w:hAnsi="Arial"/>
          <w:sz w:val="18"/>
          <w:szCs w:val="20"/>
        </w:rPr>
        <w:t xml:space="preserve">costs, and contingent fees to collection agencies of not less than thirty percent (30%). </w:t>
      </w:r>
    </w:p>
    <w:p w14:paraId="7BC5F687" w14:textId="5E842C39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955460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 reserves the right to transfer unpaid balances to outside entities for collection, such as banks </w:t>
      </w:r>
      <w:r w:rsidRPr="00955460">
        <w:rPr>
          <w:rFonts w:cs="Times New Roman" w:ascii="Arial" w:hAnsi="Arial"/>
          <w:sz w:val="18"/>
          <w:szCs w:val="20"/>
        </w:rPr>
        <w:t xml:space="preserve">or </w:t>
      </w:r>
      <w:r w:rsidRPr="00955460">
        <w:rPr>
          <w:rFonts w:cs="Times New Roman" w:ascii="Arial" w:hAnsi="Arial"/>
          <w:sz w:val="18"/>
          <w:szCs w:val="20"/>
        </w:rPr>
        <w:t xml:space="preserve">other financial institutions who may report unpaid balances to credit bureaus. </w:t>
      </w: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454CE852" w14:textId="404EC682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______The provider of service has the right to terminate services based on noncompliance of this agreement. </w:t>
      </w:r>
    </w:p>
    <w:p w14:paraId="493BEB56" w14:textId="24C999F3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I also understand that I will be responsible for any charges incurred by not providing the most current, correct insurance </w:t>
      </w:r>
      <w:r w:rsidRPr="00955460">
        <w:rPr>
          <w:rFonts w:cs="Times New Roman" w:ascii="Arial" w:hAnsi="Arial"/>
          <w:sz w:val="18"/>
          <w:szCs w:val="20"/>
        </w:rPr>
        <w:t xml:space="preserve">information to </w:t>
      </w:r>
      <w:proofErr w:type="spellStart"/>
      <w:r w:rsidRPr="00955460">
        <w:rPr>
          <w:rFonts w:cs="Times New Roman" w:ascii="Arial" w:hAnsi="Arial"/>
          <w:sz w:val="18"/>
          <w:szCs w:val="20"/>
        </w:rPr>
        <w:t>Kamp</w:t>
      </w:r>
      <w:r w:rsidR="00955460" w:rsidRPr="00955460">
        <w:rPr>
          <w:rFonts w:cs="Times New Roman" w:ascii="Arial" w:hAnsi="Arial"/>
          <w:sz w:val="18"/>
          <w:szCs w:val="20"/>
        </w:rPr>
        <w:t>ieDa</w:t>
      </w:r>
      <w:proofErr w:type="spellEnd"/>
      <w:r w:rsidRPr="00955460">
        <w:rPr>
          <w:rFonts w:cs="Times New Roman" w:ascii="Arial" w:hAnsi="Arial"/>
          <w:sz w:val="18"/>
          <w:szCs w:val="20"/>
        </w:rPr>
        <w:t xml:space="preserve"> Medical Group &amp; Behavioral Health. </w:t>
      </w:r>
    </w:p>
    <w:p w14:paraId="1AC03137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Patient Name: _____________________________________________________ Date: ______________________ </w:t>
      </w:r>
    </w:p>
    <w:p w14:paraId="5A2CBED4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 </w:t>
      </w:r>
    </w:p>
    <w:p w14:paraId="01A1BF89" w14:textId="77777777" w:rsidR="00A416C3" w:rsidRPr="00955460" w:rsidRDefault="00CC0DC1">
      <w:pPr>
        <w:spacing w:before="0" w:after="0" w:line="240" w:lineRule="auto"/>
        <w:rPr>
          <w:rFonts w:cs="Times New Roman"/>
          <w:sz w:val="20"/>
          <w:szCs w:val="20"/>
        </w:rPr>
      </w:pPr>
      <w:r w:rsidRPr="00955460">
        <w:rPr>
          <w:rFonts w:cs="Times New Roman" w:ascii="Arial" w:hAnsi="Arial"/>
          <w:sz w:val="18"/>
          <w:szCs w:val="20"/>
        </w:rPr>
        <w:t xml:space="preserve">Signature of Patient/Guardian: ___________________________________________________________________ </w:t>
      </w:r>
    </w:p>
    <w:sectPr w:rsidR="00A416C3" w:rsidRPr="00955460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7CE1D" w14:textId="77777777" w:rsidR="00CC0DC1" w:rsidRDefault="00CC0DC1" w:rsidP="001D43AA">
      <w:pPr>
        <w:spacing w:after="0" w:line="240" w:lineRule="auto"/>
      </w:pPr>
      <w:r>
        <w:separator/>
      </w:r>
    </w:p>
  </w:endnote>
  <w:endnote w:type="continuationSeparator" w:id="0">
    <w:p w14:paraId="55108346" w14:textId="77777777" w:rsidR="00CC0DC1" w:rsidRDefault="00CC0DC1" w:rsidP="001D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6806" w14:textId="77777777" w:rsidR="00CC0DC1" w:rsidRDefault="00CC0DC1" w:rsidP="001D43AA">
      <w:pPr>
        <w:spacing w:after="0" w:line="240" w:lineRule="auto"/>
      </w:pPr>
      <w:r>
        <w:separator/>
      </w:r>
    </w:p>
  </w:footnote>
  <w:footnote w:type="continuationSeparator" w:id="0">
    <w:p w14:paraId="028C6228" w14:textId="77777777" w:rsidR="00CC0DC1" w:rsidRDefault="00CC0DC1" w:rsidP="001D4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5462719">
    <w:abstractNumId w:val="8"/>
  </w:num>
  <w:num w:numId="2" w16cid:durableId="472720537">
    <w:abstractNumId w:val="6"/>
  </w:num>
  <w:num w:numId="3" w16cid:durableId="1209227005">
    <w:abstractNumId w:val="5"/>
  </w:num>
  <w:num w:numId="4" w16cid:durableId="1243443543">
    <w:abstractNumId w:val="4"/>
  </w:num>
  <w:num w:numId="5" w16cid:durableId="1820726867">
    <w:abstractNumId w:val="7"/>
  </w:num>
  <w:num w:numId="6" w16cid:durableId="1211308817">
    <w:abstractNumId w:val="3"/>
  </w:num>
  <w:num w:numId="7" w16cid:durableId="1179854600">
    <w:abstractNumId w:val="2"/>
  </w:num>
  <w:num w:numId="8" w16cid:durableId="48309585">
    <w:abstractNumId w:val="1"/>
  </w:num>
  <w:num w:numId="9" w16cid:durableId="124757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0D41"/>
    <w:rsid w:val="001D43AA"/>
    <w:rsid w:val="0029639D"/>
    <w:rsid w:val="00326F90"/>
    <w:rsid w:val="00355E3C"/>
    <w:rsid w:val="00955460"/>
    <w:rsid w:val="00A416C3"/>
    <w:rsid w:val="00AA1D8D"/>
    <w:rsid w:val="00B47730"/>
    <w:rsid w:val="00CB0664"/>
    <w:rsid w:val="00CC0DC1"/>
    <w:rsid w:val="00E67F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E4BE00"/>
  <w14:defaultImageDpi w14:val="300"/>
  <w15:docId w15:val="{BB531618-EDA6-485F-A0F1-5408C4F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Humphrey Anuh</cp:lastModifiedBy>
  <cp:revision>2</cp:revision>
  <dcterms:created xsi:type="dcterms:W3CDTF">2026-08-09T22:45:00Z</dcterms:created>
  <dcterms:modified xsi:type="dcterms:W3CDTF">2026-08-09T22:45:00Z</dcterms:modified>
  <cp:category/>
</cp:coreProperties>
</file>